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Riverstone Development LLC</w:t>
      </w:r>
    </w:p>
    <w:p>
      <w:r>
        <w:rPr>
          <w:b w:val="0"/>
          <w:color w:val="6B7280"/>
          <w:sz w:val="20"/>
        </w:rPr>
        <w:t>2200 Foundry Way</w:t>
      </w:r>
    </w:p>
    <w:p>
      <w:r>
        <w:rPr>
          <w:b w:val="0"/>
          <w:color w:val="6B7280"/>
          <w:sz w:val="20"/>
        </w:rPr>
        <w:t>Denver, CO 80216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Site preparation and excavation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Foundation and slab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$7,200.00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$7,200.00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Framing labor and materials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$6,400.00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$6,400.00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Contingency allowance (10%)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$1,745.00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$1,745.00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$19,195.00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$19,195.00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Figures are based on the plans provided; scope changes adjust the price. A signed contract and deposit schedule the work.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