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Harborview Properties</w:t>
      </w:r>
    </w:p>
    <w:p>
      <w:r>
        <w:rPr>
          <w:b w:val="0"/>
          <w:color w:val="6B7280"/>
          <w:sz w:val="20"/>
        </w:rPr>
        <w:t>88 Cedar Avenue</w:t>
      </w:r>
    </w:p>
    <w:p>
      <w:r>
        <w:rPr>
          <w:b w:val="0"/>
          <w:color w:val="6B7280"/>
          <w:sz w:val="20"/>
        </w:rPr>
        <w:t>Austin, TX 78701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Labor (estimated hours)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$3,200.00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$3,200.00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Materials (estimated)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$2,100.00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$2,100.00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Permits and fees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$450.00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$5,750.00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$5,750.00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estimate is valid for 30 days. It is a good-faith estimate; the final invoice reflects actual labor and materials. A deposit is due on acceptance.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