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QUOTE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12,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Harborview Offices</w:t>
      </w:r>
    </w:p>
    <w:p>
      <w:r>
        <w:rPr>
          <w:b w:val="0"/>
          <w:color w:val="6B7280"/>
          <w:sz w:val="20"/>
        </w:rPr>
        <w:t>410 Center Street</w:t>
      </w:r>
    </w:p>
    <w:p>
      <w:r>
        <w:rPr>
          <w:b w:val="0"/>
          <w:color w:val="6B7280"/>
          <w:sz w:val="20"/>
        </w:rPr>
        <w:t>Columbus, OH 43215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Labor and installation (estimated)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$2,400.00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$2,400.00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Materials (estimated)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$1,600.00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$1,600.00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Project management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$450.00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$4,450.00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$4,450.00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This estimate is valid for 30 days. Figures are an estimate; the final invoice reflects actual work. A 50% deposit schedules the work.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