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25,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24,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PO-2026-088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Northwind Trading Ltd</w:t>
      </w:r>
    </w:p>
    <w:p>
      <w:r>
        <w:rPr>
          <w:b w:val="0"/>
          <w:color w:val="6B7280"/>
          <w:sz w:val="20"/>
        </w:rPr>
        <w:t>1400 Lakeshore Drive</w:t>
      </w:r>
    </w:p>
    <w:p>
      <w:r>
        <w:rPr>
          <w:b w:val="0"/>
          <w:color w:val="6B7280"/>
          <w:sz w:val="20"/>
        </w:rPr>
        <w:t>Chicago, IL 60601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Strategy advisory retainer, monthly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$3,500.00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$3,500.00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Stakeholder workshop, full day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Market analysis and recommendations report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$1,750.00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$1,750.00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$7,450.00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$7,450.00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Payable by bank transfer. Please reference the invoice number with your payment.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