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Aug 28,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EVT-2026-214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Marlow Wedding</w:t>
      </w:r>
    </w:p>
    <w:p>
      <w:r>
        <w:rPr>
          <w:b w:val="0"/>
          <w:color w:val="6B7280"/>
          <w:sz w:val="20"/>
        </w:rPr>
        <w:t>24 Lakeside Terrace</w:t>
      </w:r>
    </w:p>
    <w:p>
      <w:r>
        <w:rPr>
          <w:b w:val="0"/>
          <w:color w:val="6B7280"/>
          <w:sz w:val="20"/>
        </w:rPr>
        <w:t>Denver, CO 80202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DJ and MC services, 5-hour reception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$1,200.00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$1,200.00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Ceremony sound system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Uplighting package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Travel and setup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$150.00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$2,150.00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$2,150.00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A 50% deposit reserved the date; the balance is due 7 days before the event. Overtime is billed at $150 per half hour.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