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PO-3360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Crestwood Community Association</w:t>
      </w:r>
    </w:p>
    <w:p>
      <w:r>
        <w:rPr>
          <w:b w:val="0"/>
          <w:color w:val="6B7280"/>
          <w:sz w:val="20"/>
        </w:rPr>
        <w:t>40 Greenbriar Circle</w:t>
      </w:r>
    </w:p>
    <w:p>
      <w:r>
        <w:rPr>
          <w:b w:val="0"/>
          <w:color w:val="6B7280"/>
          <w:sz w:val="20"/>
        </w:rPr>
        <w:t>Atlanta, GA 30327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Lawn maintenance, weekly (4 visits)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4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$720.00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Seasonal planting and mulch installation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Irrigation system check and repair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$240.00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$240.00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Green waste hauling and disposal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$1,675.00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$1,675.00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Recurring maintenance is billed monthly. Seasonal cleanups are quoted separately. Late fee of 1.5% per month after the due date.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