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Aug 28,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BK-2026-77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 Jazz Festival</w:t>
      </w:r>
    </w:p>
    <w:p>
      <w:r>
        <w:rPr>
          <w:b w:val="0"/>
          <w:color w:val="6B7280"/>
          <w:sz w:val="20"/>
        </w:rPr>
        <w:t>310 Pier Avenue</w:t>
      </w:r>
    </w:p>
    <w:p>
      <w:r>
        <w:rPr>
          <w:b w:val="0"/>
          <w:color w:val="6B7280"/>
          <w:sz w:val="20"/>
        </w:rPr>
        <w:t>Seattle, WA 98121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Live performance, 90-minute set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$900.00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Rehearsal and preparation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$250.00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Additional musicians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2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Travel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$120.00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$1,870.00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$1,870.00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15. A 50% deposit confirms the booking. The performance rider is provided separately.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