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PO-5521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Harbor Point HOA</w:t>
      </w:r>
    </w:p>
    <w:p>
      <w:r>
        <w:rPr>
          <w:b w:val="0"/>
          <w:color w:val="6B7280"/>
          <w:sz w:val="20"/>
        </w:rPr>
        <w:t>18 Tidewater Court</w:t>
      </w:r>
    </w:p>
    <w:p>
      <w:r>
        <w:rPr>
          <w:b w:val="0"/>
          <w:color w:val="6B7280"/>
          <w:sz w:val="20"/>
        </w:rPr>
        <w:t>Annapolis, MD 21401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Service call-out and diagnosis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Labor, licensed plumber per hour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2.5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$375.00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Water heater, 50-gallon (parts)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Fittings, valves, and supply lines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$2,005.00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$2,005.00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Due on completion. Emergency and after-hours calls are billed at 1.5x the standard rate. Parts carry the manufacturer warranty.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