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RECEIPT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Receipt #: </w:t>
            </w:r>
            <w:r>
              <w:rPr>
                <w:b w:val="0"/>
                <w:color w:val="09050F"/>
                <w:sz w:val="20"/>
              </w:rPr>
              <w:t>RECEIPT-001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Date paid: </w:t>
            </w:r>
            <w:r>
              <w:rPr>
                <w:b w:val="0"/>
                <w:color w:val="09050F"/>
                <w:sz w:val="20"/>
              </w:rPr>
              <w:t>Sep 09,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Maria Delgado</w:t>
      </w:r>
    </w:p>
    <w:p>
      <w:r>
        <w:rPr>
          <w:b w:val="0"/>
          <w:color w:val="6B7280"/>
          <w:sz w:val="20"/>
        </w:rPr>
        <w:t>88 Willow Lane</w:t>
      </w:r>
    </w:p>
    <w:p>
      <w:r>
        <w:rPr>
          <w:b w:val="0"/>
          <w:color w:val="6B7280"/>
          <w:sz w:val="20"/>
        </w:rPr>
        <w:t>Austin, TX 78704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Lawn care and hedge trimming, 88 Willow Lane (visit of the date shown)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Green waste removal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$155.00</w:t>
      </w:r>
    </w:p>
    <w:p>
      <w:pPr>
        <w:jc w:val="right"/>
      </w:pPr>
      <w:r>
        <w:rPr>
          <w:b/>
          <w:color w:val="09050F"/>
          <w:sz w:val="24"/>
        </w:rPr>
        <w:t xml:space="preserve">Amount Paid   </w:t>
      </w:r>
      <w:r>
        <w:rPr>
          <w:b/>
          <w:color w:val="09050F"/>
          <w:sz w:val="24"/>
        </w:rPr>
        <w:t>$155.00</w:t>
      </w:r>
    </w:p>
    <w:p>
      <w:pPr>
        <w:jc w:val="right"/>
      </w:pPr>
      <w:r>
        <w:rPr>
          <w:b w:val="0"/>
          <w:color w:val="6B7280"/>
          <w:sz w:val="20"/>
        </w:rPr>
        <w:t xml:space="preserve">Payment method   </w:t>
      </w:r>
      <w:r>
        <w:rPr>
          <w:b w:val="0"/>
          <w:color w:val="09050F"/>
          <w:sz w:val="20"/>
        </w:rPr>
        <w:t>Cash</w:t>
      </w:r>
    </w:p>
    <w:p>
      <w:pPr>
        <w:jc w:val="right"/>
      </w:pPr>
      <w:r>
        <w:rPr>
          <w:b w:val="0"/>
          <w:color w:val="6B7280"/>
          <w:sz w:val="20"/>
        </w:rPr>
        <w:t xml:space="preserve">Balance due   </w:t>
      </w:r>
      <w:r>
        <w:rPr>
          <w:b w:val="0"/>
          <w:color w:val="09050F"/>
          <w:sz w:val="20"/>
        </w:rPr>
        <w:t>$0.00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Paid in full by cash on the date shown. This receipt is proof of payment; no balance remains.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