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RECEIPT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Receipt #: </w:t>
            </w:r>
            <w:r>
              <w:rPr>
                <w:b w:val="0"/>
                <w:color w:val="09050F"/>
                <w:sz w:val="20"/>
              </w:rPr>
              <w:t>RECEIPT-001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Date paid: </w:t>
            </w:r>
            <w:r>
              <w:rPr>
                <w:b w:val="0"/>
                <w:color w:val="09050F"/>
                <w:sz w:val="20"/>
              </w:rPr>
              <w:t>Sep 09,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Daniel Okafor</w:t>
      </w:r>
    </w:p>
    <w:p>
      <w:r>
        <w:rPr>
          <w:b w:val="0"/>
          <w:color w:val="6B7280"/>
          <w:sz w:val="20"/>
        </w:rPr>
        <w:t>101 Oak Street, Apt 4B</w:t>
      </w:r>
    </w:p>
    <w:p>
      <w:r>
        <w:rPr>
          <w:b w:val="0"/>
          <w:color w:val="6B7280"/>
          <w:sz w:val="20"/>
        </w:rPr>
        <w:t>Columbus, OH 43201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Rent for 101 Oak Street, Apt 4B, for the month shown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$1,450.00</w:t>
      </w:r>
    </w:p>
    <w:p>
      <w:pPr>
        <w:jc w:val="right"/>
      </w:pPr>
      <w:r>
        <w:rPr>
          <w:b/>
          <w:color w:val="09050F"/>
          <w:sz w:val="24"/>
        </w:rPr>
        <w:t xml:space="preserve">Amount Paid   </w:t>
      </w:r>
      <w:r>
        <w:rPr>
          <w:b/>
          <w:color w:val="09050F"/>
          <w:sz w:val="24"/>
        </w:rPr>
        <w:t>$1,450.00</w:t>
      </w:r>
    </w:p>
    <w:p>
      <w:pPr>
        <w:jc w:val="right"/>
      </w:pPr>
      <w:r>
        <w:rPr>
          <w:b w:val="0"/>
          <w:color w:val="6B7280"/>
          <w:sz w:val="20"/>
        </w:rPr>
        <w:t xml:space="preserve">Payment method   </w:t>
      </w:r>
      <w:r>
        <w:rPr>
          <w:b w:val="0"/>
          <w:color w:val="09050F"/>
          <w:sz w:val="20"/>
        </w:rPr>
        <w:t>Bank transfer</w:t>
      </w:r>
    </w:p>
    <w:p>
      <w:pPr>
        <w:jc w:val="right"/>
      </w:pPr>
      <w:r>
        <w:rPr>
          <w:b w:val="0"/>
          <w:color w:val="6B7280"/>
          <w:sz w:val="20"/>
        </w:rPr>
        <w:t xml:space="preserve">Balance due   </w:t>
      </w:r>
      <w:r>
        <w:rPr>
          <w:b w:val="0"/>
          <w:color w:val="09050F"/>
          <w:sz w:val="20"/>
        </w:rPr>
        <w:t>$0.00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Rent received in full for the period shown. No balance remains for this period.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